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400"/>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0944"/>
        <w:gridCol w:w="3456"/>
      </w:tblGrid>
      <w:tr>
        <w:trPr>
          <w:trHeight w:val="792" w:hRule="exact"/>
        </w:trPr>
        <w:tc>
          <w:tcPr>
            <w:tcW w:type="dxa" w:w="10944"/>
            <w:vAlign w:val="top"/>
          </w:tcPr>
          <w:p>
            <w:pPr>
              <w:spacing w:before="0" w:after="0"/>
            </w:pPr>
            <w:r>
              <w:rPr>
                <w:b/>
                <w:caps w:val="0"/>
                <w:color w:val="1A1A1A"/>
                <w:sz w:val="40"/>
              </w:rPr>
              <w:t>Open House Sign-In</w:t>
            </w:r>
          </w:p>
          <w:p>
            <w:r>
              <w:rPr>
                <w:b w:val="0"/>
                <w:caps w:val="0"/>
                <w:color w:val="555555"/>
                <w:sz w:val="20"/>
              </w:rPr>
              <w:t>Welcome! Please sign in.</w:t>
            </w:r>
          </w:p>
        </w:tc>
        <w:tc>
          <w:tcPr>
            <w:tcW w:type="dxa" w:w="3456"/>
            <w:tcBorders>
              <w:top w:val="dashed" w:sz="4" w:space="0" w:color="BDBDBD"/>
              <w:left w:val="dashed" w:sz="4" w:space="0" w:color="BDBDBD"/>
              <w:bottom w:val="dashed" w:sz="4" w:space="0" w:color="BDBDBD"/>
              <w:right w:val="dashed" w:sz="4" w:space="0" w:color="BDBDBD"/>
            </w:tcBorders>
            <w:vAlign w:val="center"/>
          </w:tcPr>
          <w:p>
            <w:pPr>
              <w:spacing w:before="0" w:after="0"/>
              <w:jc w:val="center"/>
            </w:pPr>
            <w:r>
              <w:rPr>
                <w:b w:val="0"/>
                <w:caps w:val="0"/>
                <w:color w:val="8A8A8A"/>
                <w:sz w:val="16"/>
              </w:rPr>
              <w:t>Your logo here</w:t>
            </w:r>
          </w:p>
          <w:p>
            <w:pPr>
              <w:jc w:val="center"/>
            </w:pPr>
            <w:r>
              <w:rPr>
                <w:b w:val="0"/>
                <w:caps w:val="0"/>
                <w:color w:val="8A8A8A"/>
                <w:sz w:val="13"/>
              </w:rPr>
              <w:t>(click to replace, or delete this box)</w:t>
            </w:r>
          </w:p>
        </w:tc>
      </w:tr>
    </w:tbl>
    <w:p>
      <w:pPr>
        <w:spacing w:after="0" w:line="80" w:lineRule="exact"/>
      </w:pPr>
      <w:r>
        <w:rPr>
          <w:b w:val="0"/>
          <w:caps w:val="0"/>
          <w:color w:val="1A1A1A"/>
          <w:sz w:val="6"/>
        </w:rPr>
      </w:r>
    </w:p>
    <w:tbl>
      <w:tblPr>
        <w:tblW w:type="dxa" w:w="14400"/>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4608"/>
        <w:gridCol w:w="288"/>
        <w:gridCol w:w="4608"/>
        <w:gridCol w:w="288"/>
        <w:gridCol w:w="4608"/>
      </w:tblGrid>
      <w:tr>
        <w:trPr>
          <w:trHeight w:val="547" w:hRule="exact"/>
        </w:trPr>
        <w:tc>
          <w:tcPr>
            <w:tcW w:type="dxa" w:w="9504"/>
            <w:gridSpan w:val="3"/>
            <w:tcBorders>
              <w:bottom w:val="single" w:sz="4" w:space="0" w:color="BDBDBD"/>
            </w:tcBorders>
            <w:vAlign w:val="top"/>
          </w:tcPr>
          <w:p>
            <w:pPr>
              <w:spacing w:before="0" w:after="0"/>
            </w:pPr>
            <w:r>
              <w:rPr>
                <w:b/>
                <w:caps w:val="0"/>
                <w:color w:val="555555"/>
                <w:sz w:val="13"/>
              </w:rPr>
              <w:t>PROPERTY ADDRESS</w:t>
            </w:r>
          </w:p>
          <w:p>
            <w:pPr>
              <w:spacing w:before="40"/>
            </w:pPr>
            <w:r>
              <w:rPr>
                <w:b w:val="0"/>
                <w:caps w:val="0"/>
                <w:color w:val="1A1A1A"/>
                <w:sz w:val="20"/>
              </w:rPr>
            </w:r>
          </w:p>
        </w:tc>
        <w:tc>
          <w:tcPr>
            <w:tcW w:type="dxa" w:w="288"/>
          </w:tcPr>
          <w:p/>
        </w:tc>
        <w:tc>
          <w:tcPr>
            <w:tcW w:type="dxa" w:w="4608"/>
            <w:tcBorders>
              <w:bottom w:val="single" w:sz="4" w:space="0" w:color="BDBDBD"/>
            </w:tcBorders>
            <w:vAlign w:val="top"/>
          </w:tcPr>
          <w:p>
            <w:pPr>
              <w:spacing w:before="0" w:after="0"/>
            </w:pPr>
            <w:r>
              <w:rPr>
                <w:b/>
                <w:caps w:val="0"/>
                <w:color w:val="555555"/>
                <w:sz w:val="13"/>
              </w:rPr>
              <w:t>DATE</w:t>
            </w:r>
          </w:p>
          <w:p>
            <w:pPr>
              <w:spacing w:before="40"/>
            </w:pPr>
            <w:r>
              <w:rPr>
                <w:b w:val="0"/>
                <w:caps w:val="0"/>
                <w:color w:val="1A1A1A"/>
                <w:sz w:val="20"/>
              </w:rPr>
            </w:r>
          </w:p>
        </w:tc>
      </w:tr>
      <w:tr>
        <w:trPr>
          <w:trHeight w:val="605" w:hRule="exact"/>
        </w:trPr>
        <w:tc>
          <w:tcPr>
            <w:tcW w:type="dxa" w:w="4608"/>
            <w:tcBorders>
              <w:bottom w:val="single" w:sz="4" w:space="0" w:color="BDBDBD"/>
            </w:tcBorders>
            <w:vAlign w:val="top"/>
          </w:tcPr>
          <w:p>
            <w:pPr>
              <w:spacing w:before="120" w:after="0"/>
            </w:pPr>
            <w:r>
              <w:rPr>
                <w:b/>
                <w:caps w:val="0"/>
                <w:color w:val="555555"/>
                <w:sz w:val="13"/>
              </w:rPr>
              <w:t>LISTING AGENT</w:t>
            </w:r>
          </w:p>
          <w:p>
            <w:pPr>
              <w:spacing w:before="40"/>
            </w:pPr>
            <w:r>
              <w:rPr>
                <w:b w:val="0"/>
                <w:caps w:val="0"/>
                <w:color w:val="1A1A1A"/>
                <w:sz w:val="20"/>
              </w:rPr>
            </w:r>
          </w:p>
        </w:tc>
        <w:tc>
          <w:tcPr>
            <w:tcW w:type="dxa" w:w="288"/>
          </w:tcPr>
          <w:p/>
        </w:tc>
        <w:tc>
          <w:tcPr>
            <w:tcW w:type="dxa" w:w="4608"/>
            <w:tcBorders>
              <w:bottom w:val="single" w:sz="4" w:space="0" w:color="BDBDBD"/>
            </w:tcBorders>
            <w:vAlign w:val="top"/>
          </w:tcPr>
          <w:p>
            <w:pPr>
              <w:spacing w:before="120" w:after="0"/>
            </w:pPr>
            <w:r>
              <w:rPr>
                <w:b/>
                <w:caps w:val="0"/>
                <w:color w:val="555555"/>
                <w:sz w:val="13"/>
              </w:rPr>
              <w:t>BROKERAGE</w:t>
            </w:r>
          </w:p>
          <w:p>
            <w:pPr>
              <w:spacing w:before="40"/>
            </w:pPr>
            <w:r>
              <w:rPr>
                <w:b w:val="0"/>
                <w:caps w:val="0"/>
                <w:color w:val="1A1A1A"/>
                <w:sz w:val="20"/>
              </w:rPr>
            </w:r>
          </w:p>
        </w:tc>
        <w:tc>
          <w:tcPr>
            <w:tcW w:type="dxa" w:w="288"/>
          </w:tcPr>
          <w:p/>
        </w:tc>
        <w:tc>
          <w:tcPr>
            <w:tcW w:type="dxa" w:w="4608"/>
            <w:tcBorders>
              <w:bottom w:val="single" w:sz="4" w:space="0" w:color="BDBDBD"/>
            </w:tcBorders>
            <w:vAlign w:val="top"/>
          </w:tcPr>
          <w:p>
            <w:pPr>
              <w:spacing w:before="120" w:after="0"/>
            </w:pPr>
            <w:r>
              <w:rPr>
                <w:b/>
                <w:caps w:val="0"/>
                <w:color w:val="555555"/>
                <w:sz w:val="13"/>
              </w:rPr>
              <w:t>AGENT PHONE / EMAIL</w:t>
            </w:r>
          </w:p>
          <w:p>
            <w:pPr>
              <w:spacing w:before="40"/>
            </w:pPr>
            <w:r>
              <w:rPr>
                <w:b w:val="0"/>
                <w:caps w:val="0"/>
                <w:color w:val="1A1A1A"/>
                <w:sz w:val="20"/>
              </w:rPr>
            </w:r>
          </w:p>
        </w:tc>
      </w:tr>
    </w:tbl>
    <w:p>
      <w:pPr>
        <w:spacing w:line="80" w:lineRule="exact"/>
      </w:pPr>
      <w:r>
        <w:rPr>
          <w:b w:val="0"/>
          <w:caps w:val="0"/>
          <w:color w:val="1A1A1A"/>
          <w:sz w:val="8"/>
        </w:rPr>
      </w:r>
    </w:p>
    <w:tbl>
      <w:tblPr>
        <w:tblW w:type="dxa" w:w="14400"/>
        <w:jc w:val="center"/>
        <w:tblBorders>
          <w:top w:val="single" w:sz="6" w:space="0" w:color="9A9A9A"/>
          <w:left w:val="single" w:sz="6" w:space="0" w:color="9A9A9A"/>
          <w:bottom w:val="single" w:sz="6" w:space="0" w:color="9A9A9A"/>
          <w:right w:val="single" w:sz="6" w:space="0" w:color="9A9A9A"/>
          <w:insideH w:val="single" w:sz="4" w:space="0" w:color="BDBDBD"/>
          <w:insideV w:val="single" w:sz="4" w:space="0" w:color="D6D6D6"/>
        </w:tblBorders>
        <w:tblLayout w:type="fixed"/>
        <w:tblCellMar>
          <w:top w:w="0" w:type="dxa"/>
          <w:left w:w="100" w:type="dxa"/>
          <w:bottom w:w="0" w:type="dxa"/>
          <w:right w:w="100" w:type="dxa"/>
        </w:tblCellMar>
        <w:tblLook w:firstColumn="1" w:firstRow="1" w:lastColumn="0" w:lastRow="0" w:noHBand="0" w:noVBand="1" w:val="04A0"/>
      </w:tblPr>
      <w:tblGrid>
        <w:gridCol w:w="432"/>
        <w:gridCol w:w="3168"/>
        <w:gridCol w:w="3456"/>
        <w:gridCol w:w="3816"/>
        <w:gridCol w:w="1512"/>
        <w:gridCol w:w="2015"/>
      </w:tblGrid>
      <w:tr>
        <w:trPr>
          <w:trHeight w:val="518" w:hRule="exact"/>
          <w:tblHeader/>
        </w:trPr>
        <w:tc>
          <w:tcPr>
            <w:tcW w:type="dxa" w:w="432"/>
            <w:tcBorders>
              <w:bottom w:val="single" w:sz="6" w:space="0" w:color="9A9A9A"/>
            </w:tcBorders>
            <w:shd w:val="clear" w:color="auto" w:fill="F1F1F1"/>
            <w:vAlign w:val="center"/>
          </w:tcPr>
          <w:p>
            <w:pPr>
              <w:spacing w:before="0" w:after="0"/>
              <w:jc w:val="center"/>
            </w:pPr>
            <w:r>
              <w:rPr>
                <w:b/>
                <w:caps w:val="0"/>
                <w:color w:val="1A1A1A"/>
                <w:sz w:val="16"/>
              </w:rPr>
              <w:t>#</w:t>
            </w:r>
          </w:p>
        </w:tc>
        <w:tc>
          <w:tcPr>
            <w:tcW w:type="dxa" w:w="3168"/>
            <w:tcBorders>
              <w:bottom w:val="single" w:sz="6" w:space="0" w:color="9A9A9A"/>
            </w:tcBorders>
            <w:shd w:val="clear" w:color="auto" w:fill="F1F1F1"/>
            <w:vAlign w:val="center"/>
          </w:tcPr>
          <w:p>
            <w:pPr>
              <w:spacing w:before="0" w:after="0"/>
            </w:pPr>
            <w:r>
              <w:rPr>
                <w:b/>
                <w:caps w:val="0"/>
                <w:color w:val="1A1A1A"/>
                <w:sz w:val="16"/>
              </w:rPr>
              <w:t>Name</w:t>
            </w:r>
          </w:p>
        </w:tc>
        <w:tc>
          <w:tcPr>
            <w:tcW w:type="dxa" w:w="3456"/>
            <w:tcBorders>
              <w:bottom w:val="single" w:sz="6" w:space="0" w:color="9A9A9A"/>
            </w:tcBorders>
            <w:shd w:val="clear" w:color="auto" w:fill="F1F1F1"/>
            <w:vAlign w:val="center"/>
          </w:tcPr>
          <w:p>
            <w:pPr>
              <w:spacing w:before="0" w:after="0"/>
            </w:pPr>
            <w:r>
              <w:rPr>
                <w:b/>
                <w:caps w:val="0"/>
                <w:color w:val="1A1A1A"/>
                <w:sz w:val="16"/>
              </w:rPr>
              <w:t>Phone</w:t>
            </w:r>
          </w:p>
        </w:tc>
        <w:tc>
          <w:tcPr>
            <w:tcW w:type="dxa" w:w="3816"/>
            <w:tcBorders>
              <w:bottom w:val="single" w:sz="6" w:space="0" w:color="9A9A9A"/>
            </w:tcBorders>
            <w:shd w:val="clear" w:color="auto" w:fill="F1F1F1"/>
            <w:vAlign w:val="center"/>
          </w:tcPr>
          <w:p>
            <w:pPr>
              <w:spacing w:before="0" w:after="0"/>
            </w:pPr>
            <w:r>
              <w:rPr>
                <w:b/>
                <w:caps w:val="0"/>
                <w:color w:val="1A1A1A"/>
                <w:sz w:val="16"/>
              </w:rPr>
              <w:t>Email</w:t>
            </w:r>
          </w:p>
        </w:tc>
        <w:tc>
          <w:tcPr>
            <w:tcW w:type="dxa" w:w="1512"/>
            <w:tcBorders>
              <w:bottom w:val="single" w:sz="6" w:space="0" w:color="9A9A9A"/>
            </w:tcBorders>
            <w:shd w:val="clear" w:color="auto" w:fill="F1F1F1"/>
            <w:vAlign w:val="center"/>
          </w:tcPr>
          <w:p>
            <w:pPr>
              <w:spacing w:before="0" w:after="0"/>
            </w:pPr>
            <w:r>
              <w:rPr>
                <w:b/>
                <w:caps w:val="0"/>
                <w:color w:val="1A1A1A"/>
                <w:sz w:val="16"/>
              </w:rPr>
              <w:t>Working with an agent?</w:t>
            </w:r>
          </w:p>
        </w:tc>
        <w:tc>
          <w:tcPr>
            <w:tcW w:type="dxa" w:w="2016"/>
            <w:tcBorders>
              <w:bottom w:val="single" w:sz="6" w:space="0" w:color="9A9A9A"/>
            </w:tcBorders>
            <w:shd w:val="clear" w:color="auto" w:fill="F1F1F1"/>
            <w:vAlign w:val="center"/>
          </w:tcPr>
          <w:p>
            <w:pPr>
              <w:spacing w:before="0" w:after="0"/>
            </w:pPr>
            <w:r>
              <w:rPr>
                <w:b/>
                <w:caps w:val="0"/>
                <w:color w:val="1A1A1A"/>
                <w:sz w:val="16"/>
              </w:rPr>
              <w:t>Buying timeline</w:t>
            </w:r>
          </w:p>
        </w:tc>
      </w:tr>
      <w:tr>
        <w:trPr>
          <w:cantSplit/>
          <w:trHeight w:val="605" w:hRule="exact"/>
        </w:trPr>
        <w:tc>
          <w:tcPr>
            <w:tcW w:type="dxa" w:w="432"/>
            <w:vAlign w:val="center"/>
          </w:tcPr>
          <w:p>
            <w:pPr>
              <w:spacing w:before="0" w:after="0"/>
              <w:jc w:val="center"/>
            </w:pPr>
            <w:r>
              <w:rPr>
                <w:b w:val="0"/>
                <w:caps w:val="0"/>
                <w:color w:val="8A8A8A"/>
                <w:sz w:val="14"/>
              </w:rPr>
              <w:t>1</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2</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3</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4</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5</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6</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7</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8</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9</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10</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11</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r>
        <w:trPr>
          <w:cantSplit/>
          <w:trHeight w:val="605" w:hRule="exact"/>
        </w:trPr>
        <w:tc>
          <w:tcPr>
            <w:tcW w:type="dxa" w:w="432"/>
            <w:vAlign w:val="center"/>
          </w:tcPr>
          <w:p>
            <w:pPr>
              <w:spacing w:before="0" w:after="0"/>
              <w:jc w:val="center"/>
            </w:pPr>
            <w:r>
              <w:rPr>
                <w:b w:val="0"/>
                <w:caps w:val="0"/>
                <w:color w:val="8A8A8A"/>
                <w:sz w:val="14"/>
              </w:rPr>
              <w:t>12</w:t>
            </w:r>
          </w:p>
        </w:tc>
        <w:tc>
          <w:tcPr>
            <w:tcW w:type="dxa" w:w="3168"/>
          </w:tcPr>
          <w:p>
            <w:pPr>
              <w:spacing w:before="0" w:after="0"/>
            </w:pPr>
          </w:p>
        </w:tc>
        <w:tc>
          <w:tcPr>
            <w:tcW w:type="dxa" w:w="3456"/>
            <w:vAlign w:val="bottom"/>
          </w:tcPr>
          <w:p>
            <w:pPr>
              <w:spacing w:before="0" w:after="40"/>
              <w:jc w:val="right"/>
            </w:pPr>
            <w:r>
              <w:rPr>
                <w:b w:val="0"/>
                <w:caps w:val="0"/>
                <w:color w:val="555555"/>
                <w:sz w:val="13"/>
              </w:rPr>
              <w:t>☐ OK to text</w:t>
            </w:r>
          </w:p>
        </w:tc>
        <w:tc>
          <w:tcPr>
            <w:tcW w:type="dxa" w:w="3816"/>
            <w:vAlign w:val="bottom"/>
          </w:tcPr>
          <w:p>
            <w:pPr>
              <w:spacing w:before="0" w:after="40"/>
              <w:jc w:val="right"/>
            </w:pPr>
            <w:r>
              <w:rPr>
                <w:b w:val="0"/>
                <w:caps w:val="0"/>
                <w:color w:val="555555"/>
                <w:sz w:val="13"/>
              </w:rPr>
              <w:t>☐ OK to email</w:t>
            </w:r>
          </w:p>
        </w:tc>
        <w:tc>
          <w:tcPr>
            <w:tcW w:type="dxa" w:w="1512"/>
            <w:vAlign w:val="center"/>
          </w:tcPr>
          <w:p>
            <w:pPr>
              <w:spacing w:before="0" w:after="0"/>
              <w:jc w:val="center"/>
            </w:pPr>
            <w:r>
              <w:rPr>
                <w:b w:val="0"/>
                <w:caps w:val="0"/>
                <w:color w:val="555555"/>
                <w:sz w:val="15"/>
              </w:rPr>
              <w:t>☐ Yes    ☐ No</w:t>
            </w:r>
          </w:p>
        </w:tc>
        <w:tc>
          <w:tcPr>
            <w:tcW w:type="dxa" w:w="2016"/>
            <w:vAlign w:val="center"/>
          </w:tcPr>
          <w:p>
            <w:pPr>
              <w:tabs>
                <w:tab w:pos="864" w:val="left"/>
              </w:tabs>
              <w:spacing w:before="0" w:after="0"/>
            </w:pPr>
            <w:r>
              <w:rPr>
                <w:b w:val="0"/>
                <w:caps w:val="0"/>
                <w:color w:val="555555"/>
                <w:sz w:val="13"/>
              </w:rPr>
              <w:t>☐ 0-3 mo</w:t>
              <w:tab/>
              <w:t>☐ 3-6 mo</w:t>
            </w:r>
          </w:p>
          <w:p>
            <w:pPr>
              <w:tabs>
                <w:tab w:pos="864" w:val="left"/>
              </w:tabs>
              <w:spacing w:before="30"/>
            </w:pPr>
            <w:r>
              <w:rPr>
                <w:b w:val="0"/>
                <w:caps w:val="0"/>
                <w:color w:val="555555"/>
                <w:sz w:val="13"/>
              </w:rPr>
              <w:t>☐ 6+ mo</w:t>
              <w:tab/>
              <w:t>☐ Just looking</w:t>
            </w:r>
          </w:p>
        </w:tc>
      </w:tr>
    </w:tbl>
    <w:p>
      <w:pPr>
        <w:spacing w:before="80" w:line="190" w:lineRule="exact"/>
      </w:pPr>
      <w:r>
        <w:rPr>
          <w:b w:val="0"/>
          <w:caps w:val="0"/>
          <w:color w:val="444444"/>
          <w:sz w:val="15"/>
        </w:rPr>
        <w:t>Check “OK to text” or “OK to email” only if you want the listing agent to contact you that way about this home and similar homes. For marketing texts, which may be automated, please also sign a guest card. You can opt out at any time.</w:t>
      </w:r>
    </w:p>
    <w:p>
      <w:pPr>
        <w:tabs>
          <w:tab w:pos="14400" w:val="right"/>
        </w:tabs>
        <w:spacing w:before="100"/>
      </w:pPr>
      <w:r>
        <w:rPr>
          <w:b w:val="0"/>
          <w:caps w:val="0"/>
          <w:color w:val="8A8A8A"/>
          <w:sz w:val="14"/>
        </w:rPr>
        <w:t>Thank you for visiting.</w:t>
        <w:tab/>
        <w:t xml:space="preserve">Free template from TINTY · </w:t>
      </w:r>
      <w:hyperlink r:id="rId9">
        <w:r>
          <w:rPr>
            <w:color w:val="8A8A8A"/>
            <w:sz w:val="14"/>
          </w:rPr>
          <w:t>tinty.ai</w:t>
        </w:r>
      </w:hyperlink>
    </w:p>
    <w:p>
      <w:pPr>
        <w:spacing w:line="20" w:lineRule="exact" w:before="0"/>
        <w:sectPr>
          <w:pgSz w:w="15840" w:h="12240" w:orient="landscape"/>
          <w:pgMar w:top="720" w:right="720" w:bottom="720" w:left="720" w:header="432" w:footer="432" w:gutter="0"/>
          <w:cols w:space="720"/>
          <w:docGrid w:linePitch="360"/>
        </w:sectPr>
      </w:pPr>
    </w:p>
    <w:tbl>
      <w:tblPr>
        <w:tblW w:type="dxa" w:w="14400"/>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6768"/>
        <w:gridCol w:w="432"/>
        <w:gridCol w:w="432"/>
        <w:gridCol w:w="6768"/>
      </w:tblGrid>
      <w:tr>
        <w:trPr>
          <w:trHeight w:val="10080" w:hRule="atLeast"/>
        </w:trPr>
        <w:tc>
          <w:tcPr>
            <w:tcW w:type="dxa" w:w="6768"/>
            <w:vAlign w:val="top"/>
          </w:tcPr>
          <w:p>
            <w:pPr>
              <w:spacing w:before="0" w:after="0"/>
            </w:pPr>
            <w:r>
              <w:rPr>
                <w:b/>
                <w:caps w:val="0"/>
                <w:color w:val="1A1A1A"/>
                <w:sz w:val="30"/>
              </w:rPr>
              <w:t>Open House Guest Card</w:t>
            </w:r>
          </w:p>
          <w:p>
            <w:pPr>
              <w:spacing w:before="40"/>
            </w:pPr>
            <w:r>
              <w:rPr>
                <w:b w:val="0"/>
                <w:caps w:val="0"/>
                <w:color w:val="555555"/>
                <w:sz w:val="17"/>
              </w:rPr>
              <w:t>Welcome! Please fill in this card and hand it back to the agent.</w:t>
            </w:r>
          </w:p>
          <w:p>
            <w:pPr>
              <w:tabs>
                <w:tab w:pos="4608" w:val="right" w:leader="underscore"/>
                <w:tab w:pos="6768" w:val="right" w:leader="underscore"/>
              </w:tabs>
              <w:spacing w:before="240"/>
            </w:pPr>
            <w:r>
              <w:rPr>
                <w:b/>
                <w:caps w:val="0"/>
                <w:color w:val="1A1A1A"/>
                <w:sz w:val="17"/>
              </w:rPr>
              <w:t xml:space="preserve">Property </w:t>
            </w:r>
            <w:r>
              <w:rPr>
                <w:b w:val="0"/>
                <w:caps w:val="0"/>
                <w:color w:val="A6A6A6"/>
                <w:sz w:val="17"/>
              </w:rPr>
              <w:tab/>
            </w:r>
            <w:r>
              <w:rPr>
                <w:b/>
                <w:caps w:val="0"/>
                <w:color w:val="1A1A1A"/>
                <w:sz w:val="17"/>
              </w:rPr>
              <w:t xml:space="preserve">   Date </w:t>
            </w:r>
            <w:r>
              <w:rPr>
                <w:b w:val="0"/>
                <w:caps w:val="0"/>
                <w:color w:val="A6A6A6"/>
                <w:sz w:val="17"/>
              </w:rPr>
              <w:tab/>
            </w:r>
          </w:p>
          <w:p>
            <w:pPr>
              <w:tabs>
                <w:tab w:pos="3672" w:val="right" w:leader="underscore"/>
                <w:tab w:pos="6768" w:val="right" w:leader="underscore"/>
              </w:tabs>
              <w:spacing w:before="280"/>
            </w:pPr>
            <w:r>
              <w:rPr>
                <w:b/>
                <w:caps w:val="0"/>
                <w:color w:val="1A1A1A"/>
                <w:sz w:val="17"/>
              </w:rPr>
              <w:t xml:space="preserve">Listing agent </w:t>
            </w:r>
            <w:r>
              <w:rPr>
                <w:b w:val="0"/>
                <w:caps w:val="0"/>
                <w:color w:val="A6A6A6"/>
                <w:sz w:val="17"/>
              </w:rPr>
              <w:tab/>
            </w:r>
            <w:r>
              <w:rPr>
                <w:b/>
                <w:caps w:val="0"/>
                <w:color w:val="1A1A1A"/>
                <w:sz w:val="17"/>
              </w:rPr>
              <w:t xml:space="preserve">   Brokerage </w:t>
            </w:r>
            <w:r>
              <w:rPr>
                <w:b w:val="0"/>
                <w:caps w:val="0"/>
                <w:color w:val="A6A6A6"/>
                <w:sz w:val="17"/>
              </w:rPr>
              <w:tab/>
            </w:r>
          </w:p>
          <w:p>
            <w:pPr>
              <w:tabs>
                <w:tab w:pos="6768" w:val="right" w:leader="underscore"/>
              </w:tabs>
              <w:spacing w:before="280"/>
            </w:pPr>
            <w:r>
              <w:rPr>
                <w:b/>
                <w:caps w:val="0"/>
                <w:color w:val="1A1A1A"/>
                <w:sz w:val="17"/>
              </w:rPr>
              <w:t xml:space="preserve">Name </w:t>
            </w:r>
            <w:r>
              <w:rPr>
                <w:b w:val="0"/>
                <w:caps w:val="0"/>
                <w:color w:val="A6A6A6"/>
                <w:sz w:val="17"/>
              </w:rPr>
              <w:tab/>
            </w:r>
          </w:p>
          <w:p>
            <w:pPr>
              <w:tabs>
                <w:tab w:pos="5400" w:val="right" w:leader="underscore"/>
              </w:tabs>
              <w:spacing w:before="280"/>
            </w:pPr>
            <w:r>
              <w:rPr>
                <w:b/>
                <w:caps w:val="0"/>
                <w:color w:val="1A1A1A"/>
                <w:sz w:val="17"/>
              </w:rPr>
              <w:t xml:space="preserve">Phone </w:t>
            </w:r>
            <w:r>
              <w:rPr>
                <w:b w:val="0"/>
                <w:caps w:val="0"/>
                <w:color w:val="A6A6A6"/>
                <w:sz w:val="17"/>
              </w:rPr>
              <w:tab/>
            </w:r>
            <w:r>
              <w:rPr>
                <w:b w:val="0"/>
                <w:caps w:val="0"/>
                <w:color w:val="555555"/>
                <w:sz w:val="15"/>
              </w:rPr>
              <w:t xml:space="preserve">  ☐ OK to text</w:t>
            </w:r>
          </w:p>
          <w:p>
            <w:pPr>
              <w:tabs>
                <w:tab w:pos="5400" w:val="right" w:leader="underscore"/>
              </w:tabs>
              <w:spacing w:before="280"/>
            </w:pPr>
            <w:r>
              <w:rPr>
                <w:b/>
                <w:caps w:val="0"/>
                <w:color w:val="1A1A1A"/>
                <w:sz w:val="17"/>
              </w:rPr>
              <w:t xml:space="preserve">Email </w:t>
            </w:r>
            <w:r>
              <w:rPr>
                <w:b w:val="0"/>
                <w:caps w:val="0"/>
                <w:color w:val="A6A6A6"/>
                <w:sz w:val="17"/>
              </w:rPr>
              <w:tab/>
            </w:r>
            <w:r>
              <w:rPr>
                <w:b w:val="0"/>
                <w:caps w:val="0"/>
                <w:color w:val="555555"/>
                <w:sz w:val="15"/>
              </w:rPr>
              <w:t xml:space="preserve">  ☐ OK to email</w:t>
            </w:r>
          </w:p>
          <w:p>
            <w:pPr>
              <w:tabs>
                <w:tab w:pos="6768" w:val="right" w:leader="underscore"/>
              </w:tabs>
              <w:spacing w:before="280"/>
            </w:pPr>
            <w:r>
              <w:rPr>
                <w:b/>
                <w:caps w:val="0"/>
                <w:color w:val="1A1A1A"/>
                <w:sz w:val="17"/>
              </w:rPr>
              <w:t xml:space="preserve">City or current address </w:t>
            </w:r>
            <w:r>
              <w:rPr>
                <w:b w:val="0"/>
                <w:caps w:val="0"/>
                <w:color w:val="A6A6A6"/>
                <w:sz w:val="17"/>
              </w:rPr>
              <w:tab/>
            </w:r>
          </w:p>
          <w:p>
            <w:pPr>
              <w:keepNext/>
              <w:spacing w:before="240"/>
            </w:pPr>
            <w:r>
              <w:rPr>
                <w:b/>
                <w:caps w:val="0"/>
                <w:color w:val="1A1A1A"/>
                <w:sz w:val="17"/>
              </w:rPr>
              <w:t>Are you working with a real estate agent?</w:t>
            </w:r>
          </w:p>
          <w:p>
            <w:pPr>
              <w:tabs>
                <w:tab w:pos="6768" w:val="right" w:leader="underscore"/>
              </w:tabs>
              <w:spacing w:before="60"/>
            </w:pPr>
            <w:r>
              <w:rPr>
                <w:b w:val="0"/>
                <w:caps w:val="0"/>
                <w:color w:val="1A1A1A"/>
                <w:sz w:val="16"/>
              </w:rPr>
              <w:t>☐ Yes    ☐ No</w:t>
            </w:r>
            <w:r>
              <w:rPr>
                <w:b w:val="0"/>
                <w:caps w:val="0"/>
                <w:color w:val="1A1A1A"/>
                <w:sz w:val="16"/>
              </w:rPr>
              <w:t xml:space="preserve">    If yes, agent's name: </w:t>
            </w:r>
            <w:r>
              <w:rPr>
                <w:b w:val="0"/>
                <w:caps w:val="0"/>
                <w:color w:val="A6A6A6"/>
                <w:sz w:val="16"/>
              </w:rPr>
              <w:tab/>
            </w:r>
          </w:p>
          <w:p>
            <w:pPr>
              <w:keepNext/>
              <w:spacing w:before="160"/>
            </w:pPr>
            <w:r>
              <w:rPr>
                <w:b/>
                <w:caps w:val="0"/>
                <w:color w:val="1A1A1A"/>
                <w:sz w:val="17"/>
              </w:rPr>
              <w:t>When do you plan to buy?</w:t>
            </w:r>
          </w:p>
          <w:p>
            <w:pPr>
              <w:spacing w:before="60"/>
            </w:pPr>
            <w:r>
              <w:rPr>
                <w:b w:val="0"/>
                <w:caps w:val="0"/>
                <w:color w:val="1A1A1A"/>
                <w:sz w:val="16"/>
              </w:rPr>
              <w:t>☐ 0-3 months    ☐ 3-6 months    ☐ 6+ months    ☐ Just looking</w:t>
            </w:r>
          </w:p>
          <w:p>
            <w:pPr>
              <w:keepNext/>
              <w:spacing w:before="160"/>
            </w:pPr>
            <w:r>
              <w:rPr>
                <w:b/>
                <w:caps w:val="0"/>
                <w:color w:val="1A1A1A"/>
                <w:sz w:val="17"/>
              </w:rPr>
              <w:t>Are you pre-approved for a mortgage?</w:t>
            </w:r>
          </w:p>
          <w:p>
            <w:pPr>
              <w:spacing w:before="60"/>
            </w:pPr>
            <w:r>
              <w:rPr>
                <w:b w:val="0"/>
                <w:caps w:val="0"/>
                <w:color w:val="1A1A1A"/>
                <w:sz w:val="16"/>
              </w:rPr>
              <w:t>☐ Yes    ☐ No    ☐ Not yet</w:t>
            </w:r>
          </w:p>
          <w:p>
            <w:pPr>
              <w:keepNext/>
              <w:spacing w:before="160"/>
            </w:pPr>
            <w:r>
              <w:rPr>
                <w:b/>
                <w:caps w:val="0"/>
                <w:color w:val="1A1A1A"/>
                <w:sz w:val="17"/>
              </w:rPr>
              <w:t>Do you also need to sell a home?</w:t>
            </w:r>
          </w:p>
          <w:p>
            <w:pPr>
              <w:spacing w:before="60"/>
            </w:pPr>
            <w:r>
              <w:rPr>
                <w:b w:val="0"/>
                <w:caps w:val="0"/>
                <w:color w:val="1A1A1A"/>
                <w:sz w:val="16"/>
              </w:rPr>
              <w:t>☐ Yes    ☐ No</w:t>
            </w:r>
          </w:p>
          <w:p>
            <w:pPr>
              <w:keepNext/>
              <w:spacing w:before="160"/>
            </w:pPr>
            <w:r>
              <w:rPr>
                <w:b/>
                <w:caps w:val="0"/>
                <w:color w:val="1A1A1A"/>
                <w:sz w:val="17"/>
              </w:rPr>
              <w:t>How did you hear about this open house?</w:t>
            </w:r>
          </w:p>
          <w:p>
            <w:pPr>
              <w:spacing w:before="60"/>
            </w:pPr>
            <w:r>
              <w:rPr>
                <w:b w:val="0"/>
                <w:caps w:val="0"/>
                <w:color w:val="1A1A1A"/>
                <w:sz w:val="16"/>
              </w:rPr>
              <w:t>☐ Sign    ☐ Zillow    ☐ Realtor.com    ☐ Social media    ☐ Friend</w:t>
            </w:r>
          </w:p>
          <w:p>
            <w:pPr>
              <w:tabs>
                <w:tab w:pos="3744" w:val="right" w:leader="underscore"/>
              </w:tabs>
              <w:spacing w:before="80"/>
            </w:pPr>
            <w:r>
              <w:rPr>
                <w:b w:val="0"/>
                <w:caps w:val="0"/>
                <w:color w:val="1A1A1A"/>
                <w:sz w:val="16"/>
              </w:rPr>
              <w:t xml:space="preserve">☐ Other: </w:t>
            </w:r>
            <w:r>
              <w:rPr>
                <w:b w:val="0"/>
                <w:caps w:val="0"/>
                <w:color w:val="A6A6A6"/>
                <w:sz w:val="16"/>
              </w:rPr>
              <w:tab/>
            </w:r>
          </w:p>
          <w:p>
            <w:pPr>
              <w:spacing w:before="160"/>
            </w:pPr>
            <w:r>
              <w:rPr>
                <w:b/>
                <w:caps w:val="0"/>
                <w:color w:val="1A1A1A"/>
                <w:sz w:val="17"/>
              </w:rPr>
              <w:t>First impression or comments</w:t>
            </w:r>
          </w:p>
          <w:p>
            <w:pPr>
              <w:tabs>
                <w:tab w:pos="6768" w:val="right" w:leader="underscore"/>
              </w:tabs>
              <w:spacing w:before="280"/>
            </w:pPr>
            <w:r>
              <w:rPr>
                <w:b w:val="0"/>
                <w:caps w:val="0"/>
                <w:color w:val="A6A6A6"/>
                <w:sz w:val="17"/>
              </w:rPr>
              <w:tab/>
            </w:r>
          </w:p>
          <w:p>
            <w:pPr>
              <w:tabs>
                <w:tab w:pos="6768" w:val="right" w:leader="underscore"/>
              </w:tabs>
              <w:spacing w:before="280"/>
            </w:pPr>
            <w:r>
              <w:rPr>
                <w:b w:val="0"/>
                <w:caps w:val="0"/>
                <w:color w:val="A6A6A6"/>
                <w:sz w:val="17"/>
              </w:rPr>
              <w:tab/>
            </w:r>
          </w:p>
          <w:p>
            <w:pPr>
              <w:spacing w:before="160" w:line="180" w:lineRule="exact"/>
            </w:pPr>
            <w:r>
              <w:rPr>
                <w:b w:val="0"/>
                <w:caps w:val="0"/>
                <w:color w:val="444444"/>
                <w:sz w:val="14"/>
              </w:rPr>
              <w:t>Check “OK to text” or “OK to email” only if you want the listing agent to contact you that way about this home and similar homes. You can opt out at any time.</w:t>
            </w:r>
          </w:p>
          <w:p>
            <w:pPr>
              <w:tabs>
                <w:tab w:val="left" w:pos="200"/>
              </w:tabs>
              <w:spacing w:before="100" w:line="180" w:lineRule="exact"/>
              <w:ind w:left="200" w:hanging="200"/>
            </w:pPr>
            <w:r>
              <w:rPr>
                <w:b w:val="0"/>
                <w:caps w:val="0"/>
                <w:color w:val="1A1A1A"/>
                <w:sz w:val="14"/>
              </w:rPr>
              <w:t>☐</w:t>
              <w:tab/>
              <w:t>I agree that the listing agent and brokerage named above may send marketing texts, which may be automated, to the number above. Agreeing isn’t required to buy anything. Reply STOP to opt out.</w:t>
            </w:r>
          </w:p>
          <w:p>
            <w:pPr>
              <w:tabs>
                <w:tab w:pos="4608" w:val="right" w:leader="underscore"/>
                <w:tab w:pos="6768" w:val="right" w:leader="underscore"/>
              </w:tabs>
              <w:spacing w:before="280"/>
            </w:pPr>
            <w:r>
              <w:rPr>
                <w:b/>
                <w:caps w:val="0"/>
                <w:color w:val="1A1A1A"/>
                <w:sz w:val="17"/>
              </w:rPr>
              <w:t xml:space="preserve">Signature </w:t>
            </w:r>
            <w:r>
              <w:rPr>
                <w:b w:val="0"/>
                <w:caps w:val="0"/>
                <w:color w:val="A6A6A6"/>
                <w:sz w:val="17"/>
              </w:rPr>
              <w:tab/>
            </w:r>
            <w:r>
              <w:rPr>
                <w:b/>
                <w:caps w:val="0"/>
                <w:color w:val="1A1A1A"/>
                <w:sz w:val="17"/>
              </w:rPr>
              <w:t xml:space="preserve">   Date </w:t>
            </w:r>
            <w:r>
              <w:rPr>
                <w:b w:val="0"/>
                <w:caps w:val="0"/>
                <w:color w:val="A6A6A6"/>
                <w:sz w:val="17"/>
              </w:rPr>
              <w:tab/>
            </w:r>
          </w:p>
          <w:p>
            <w:pPr>
              <w:spacing w:before="120"/>
              <w:jc w:val="right"/>
            </w:pPr>
            <w:r>
              <w:rPr>
                <w:b w:val="0"/>
                <w:caps w:val="0"/>
                <w:color w:val="8A8A8A"/>
                <w:sz w:val="14"/>
              </w:rPr>
              <w:t xml:space="preserve">Free template from TINTY · </w:t>
            </w:r>
            <w:hyperlink r:id="rId9">
              <w:r>
                <w:rPr>
                  <w:color w:val="8A8A8A"/>
                  <w:sz w:val="14"/>
                </w:rPr>
                <w:t>tinty.ai</w:t>
              </w:r>
            </w:hyperlink>
          </w:p>
        </w:tc>
        <w:tc>
          <w:tcPr>
            <w:tcW w:type="dxa" w:w="432"/>
            <w:tcBorders>
              <w:right w:val="dashed" w:sz="4" w:space="0" w:color="8A8A8A"/>
            </w:tcBorders>
          </w:tcPr>
          <w:p>
            <w:pPr>
              <w:spacing w:before="0" w:after="0"/>
            </w:pPr>
          </w:p>
        </w:tc>
        <w:tc>
          <w:tcPr>
            <w:tcW w:type="dxa" w:w="432"/>
          </w:tcPr>
          <w:p>
            <w:pPr>
              <w:spacing w:before="0" w:after="0"/>
            </w:pPr>
          </w:p>
        </w:tc>
        <w:tc>
          <w:tcPr>
            <w:tcW w:type="dxa" w:w="6768"/>
            <w:vAlign w:val="top"/>
          </w:tcPr>
          <w:p>
            <w:pPr>
              <w:spacing w:before="0" w:after="0"/>
            </w:pPr>
            <w:r>
              <w:rPr>
                <w:b/>
                <w:caps w:val="0"/>
                <w:color w:val="1A1A1A"/>
                <w:sz w:val="30"/>
              </w:rPr>
              <w:t>Open House Guest Card</w:t>
            </w:r>
          </w:p>
          <w:p>
            <w:pPr>
              <w:spacing w:before="40"/>
            </w:pPr>
            <w:r>
              <w:rPr>
                <w:b w:val="0"/>
                <w:caps w:val="0"/>
                <w:color w:val="555555"/>
                <w:sz w:val="17"/>
              </w:rPr>
              <w:t>Welcome! Please fill in this card and hand it back to the agent.</w:t>
            </w:r>
          </w:p>
          <w:p>
            <w:pPr>
              <w:tabs>
                <w:tab w:pos="4608" w:val="right" w:leader="underscore"/>
                <w:tab w:pos="6768" w:val="right" w:leader="underscore"/>
              </w:tabs>
              <w:spacing w:before="240"/>
            </w:pPr>
            <w:r>
              <w:rPr>
                <w:b/>
                <w:caps w:val="0"/>
                <w:color w:val="1A1A1A"/>
                <w:sz w:val="17"/>
              </w:rPr>
              <w:t xml:space="preserve">Property </w:t>
            </w:r>
            <w:r>
              <w:rPr>
                <w:b w:val="0"/>
                <w:caps w:val="0"/>
                <w:color w:val="A6A6A6"/>
                <w:sz w:val="17"/>
              </w:rPr>
              <w:tab/>
            </w:r>
            <w:r>
              <w:rPr>
                <w:b/>
                <w:caps w:val="0"/>
                <w:color w:val="1A1A1A"/>
                <w:sz w:val="17"/>
              </w:rPr>
              <w:t xml:space="preserve">   Date </w:t>
            </w:r>
            <w:r>
              <w:rPr>
                <w:b w:val="0"/>
                <w:caps w:val="0"/>
                <w:color w:val="A6A6A6"/>
                <w:sz w:val="17"/>
              </w:rPr>
              <w:tab/>
            </w:r>
          </w:p>
          <w:p>
            <w:pPr>
              <w:tabs>
                <w:tab w:pos="3672" w:val="right" w:leader="underscore"/>
                <w:tab w:pos="6768" w:val="right" w:leader="underscore"/>
              </w:tabs>
              <w:spacing w:before="280"/>
            </w:pPr>
            <w:r>
              <w:rPr>
                <w:b/>
                <w:caps w:val="0"/>
                <w:color w:val="1A1A1A"/>
                <w:sz w:val="17"/>
              </w:rPr>
              <w:t xml:space="preserve">Listing agent </w:t>
            </w:r>
            <w:r>
              <w:rPr>
                <w:b w:val="0"/>
                <w:caps w:val="0"/>
                <w:color w:val="A6A6A6"/>
                <w:sz w:val="17"/>
              </w:rPr>
              <w:tab/>
            </w:r>
            <w:r>
              <w:rPr>
                <w:b/>
                <w:caps w:val="0"/>
                <w:color w:val="1A1A1A"/>
                <w:sz w:val="17"/>
              </w:rPr>
              <w:t xml:space="preserve">   Brokerage </w:t>
            </w:r>
            <w:r>
              <w:rPr>
                <w:b w:val="0"/>
                <w:caps w:val="0"/>
                <w:color w:val="A6A6A6"/>
                <w:sz w:val="17"/>
              </w:rPr>
              <w:tab/>
            </w:r>
          </w:p>
          <w:p>
            <w:pPr>
              <w:tabs>
                <w:tab w:pos="6768" w:val="right" w:leader="underscore"/>
              </w:tabs>
              <w:spacing w:before="280"/>
            </w:pPr>
            <w:r>
              <w:rPr>
                <w:b/>
                <w:caps w:val="0"/>
                <w:color w:val="1A1A1A"/>
                <w:sz w:val="17"/>
              </w:rPr>
              <w:t xml:space="preserve">Name </w:t>
            </w:r>
            <w:r>
              <w:rPr>
                <w:b w:val="0"/>
                <w:caps w:val="0"/>
                <w:color w:val="A6A6A6"/>
                <w:sz w:val="17"/>
              </w:rPr>
              <w:tab/>
            </w:r>
          </w:p>
          <w:p>
            <w:pPr>
              <w:tabs>
                <w:tab w:pos="5400" w:val="right" w:leader="underscore"/>
              </w:tabs>
              <w:spacing w:before="280"/>
            </w:pPr>
            <w:r>
              <w:rPr>
                <w:b/>
                <w:caps w:val="0"/>
                <w:color w:val="1A1A1A"/>
                <w:sz w:val="17"/>
              </w:rPr>
              <w:t xml:space="preserve">Phone </w:t>
            </w:r>
            <w:r>
              <w:rPr>
                <w:b w:val="0"/>
                <w:caps w:val="0"/>
                <w:color w:val="A6A6A6"/>
                <w:sz w:val="17"/>
              </w:rPr>
              <w:tab/>
            </w:r>
            <w:r>
              <w:rPr>
                <w:b w:val="0"/>
                <w:caps w:val="0"/>
                <w:color w:val="555555"/>
                <w:sz w:val="15"/>
              </w:rPr>
              <w:t xml:space="preserve">  ☐ OK to text</w:t>
            </w:r>
          </w:p>
          <w:p>
            <w:pPr>
              <w:tabs>
                <w:tab w:pos="5400" w:val="right" w:leader="underscore"/>
              </w:tabs>
              <w:spacing w:before="280"/>
            </w:pPr>
            <w:r>
              <w:rPr>
                <w:b/>
                <w:caps w:val="0"/>
                <w:color w:val="1A1A1A"/>
                <w:sz w:val="17"/>
              </w:rPr>
              <w:t xml:space="preserve">Email </w:t>
            </w:r>
            <w:r>
              <w:rPr>
                <w:b w:val="0"/>
                <w:caps w:val="0"/>
                <w:color w:val="A6A6A6"/>
                <w:sz w:val="17"/>
              </w:rPr>
              <w:tab/>
            </w:r>
            <w:r>
              <w:rPr>
                <w:b w:val="0"/>
                <w:caps w:val="0"/>
                <w:color w:val="555555"/>
                <w:sz w:val="15"/>
              </w:rPr>
              <w:t xml:space="preserve">  ☐ OK to email</w:t>
            </w:r>
          </w:p>
          <w:p>
            <w:pPr>
              <w:tabs>
                <w:tab w:pos="6768" w:val="right" w:leader="underscore"/>
              </w:tabs>
              <w:spacing w:before="280"/>
            </w:pPr>
            <w:r>
              <w:rPr>
                <w:b/>
                <w:caps w:val="0"/>
                <w:color w:val="1A1A1A"/>
                <w:sz w:val="17"/>
              </w:rPr>
              <w:t xml:space="preserve">City or current address </w:t>
            </w:r>
            <w:r>
              <w:rPr>
                <w:b w:val="0"/>
                <w:caps w:val="0"/>
                <w:color w:val="A6A6A6"/>
                <w:sz w:val="17"/>
              </w:rPr>
              <w:tab/>
            </w:r>
          </w:p>
          <w:p>
            <w:pPr>
              <w:keepNext/>
              <w:spacing w:before="240"/>
            </w:pPr>
            <w:r>
              <w:rPr>
                <w:b/>
                <w:caps w:val="0"/>
                <w:color w:val="1A1A1A"/>
                <w:sz w:val="17"/>
              </w:rPr>
              <w:t>Are you working with a real estate agent?</w:t>
            </w:r>
          </w:p>
          <w:p>
            <w:pPr>
              <w:tabs>
                <w:tab w:pos="6768" w:val="right" w:leader="underscore"/>
              </w:tabs>
              <w:spacing w:before="60"/>
            </w:pPr>
            <w:r>
              <w:rPr>
                <w:b w:val="0"/>
                <w:caps w:val="0"/>
                <w:color w:val="1A1A1A"/>
                <w:sz w:val="16"/>
              </w:rPr>
              <w:t>☐ Yes    ☐ No</w:t>
            </w:r>
            <w:r>
              <w:rPr>
                <w:b w:val="0"/>
                <w:caps w:val="0"/>
                <w:color w:val="1A1A1A"/>
                <w:sz w:val="16"/>
              </w:rPr>
              <w:t xml:space="preserve">    If yes, agent's name: </w:t>
            </w:r>
            <w:r>
              <w:rPr>
                <w:b w:val="0"/>
                <w:caps w:val="0"/>
                <w:color w:val="A6A6A6"/>
                <w:sz w:val="16"/>
              </w:rPr>
              <w:tab/>
            </w:r>
          </w:p>
          <w:p>
            <w:pPr>
              <w:keepNext/>
              <w:spacing w:before="160"/>
            </w:pPr>
            <w:r>
              <w:rPr>
                <w:b/>
                <w:caps w:val="0"/>
                <w:color w:val="1A1A1A"/>
                <w:sz w:val="17"/>
              </w:rPr>
              <w:t>When do you plan to buy?</w:t>
            </w:r>
          </w:p>
          <w:p>
            <w:pPr>
              <w:spacing w:before="60"/>
            </w:pPr>
            <w:r>
              <w:rPr>
                <w:b w:val="0"/>
                <w:caps w:val="0"/>
                <w:color w:val="1A1A1A"/>
                <w:sz w:val="16"/>
              </w:rPr>
              <w:t>☐ 0-3 months    ☐ 3-6 months    ☐ 6+ months    ☐ Just looking</w:t>
            </w:r>
          </w:p>
          <w:p>
            <w:pPr>
              <w:keepNext/>
              <w:spacing w:before="160"/>
            </w:pPr>
            <w:r>
              <w:rPr>
                <w:b/>
                <w:caps w:val="0"/>
                <w:color w:val="1A1A1A"/>
                <w:sz w:val="17"/>
              </w:rPr>
              <w:t>Are you pre-approved for a mortgage?</w:t>
            </w:r>
          </w:p>
          <w:p>
            <w:pPr>
              <w:spacing w:before="60"/>
            </w:pPr>
            <w:r>
              <w:rPr>
                <w:b w:val="0"/>
                <w:caps w:val="0"/>
                <w:color w:val="1A1A1A"/>
                <w:sz w:val="16"/>
              </w:rPr>
              <w:t>☐ Yes    ☐ No    ☐ Not yet</w:t>
            </w:r>
          </w:p>
          <w:p>
            <w:pPr>
              <w:keepNext/>
              <w:spacing w:before="160"/>
            </w:pPr>
            <w:r>
              <w:rPr>
                <w:b/>
                <w:caps w:val="0"/>
                <w:color w:val="1A1A1A"/>
                <w:sz w:val="17"/>
              </w:rPr>
              <w:t>Do you also need to sell a home?</w:t>
            </w:r>
          </w:p>
          <w:p>
            <w:pPr>
              <w:spacing w:before="60"/>
            </w:pPr>
            <w:r>
              <w:rPr>
                <w:b w:val="0"/>
                <w:caps w:val="0"/>
                <w:color w:val="1A1A1A"/>
                <w:sz w:val="16"/>
              </w:rPr>
              <w:t>☐ Yes    ☐ No</w:t>
            </w:r>
          </w:p>
          <w:p>
            <w:pPr>
              <w:keepNext/>
              <w:spacing w:before="160"/>
            </w:pPr>
            <w:r>
              <w:rPr>
                <w:b/>
                <w:caps w:val="0"/>
                <w:color w:val="1A1A1A"/>
                <w:sz w:val="17"/>
              </w:rPr>
              <w:t>How did you hear about this open house?</w:t>
            </w:r>
          </w:p>
          <w:p>
            <w:pPr>
              <w:spacing w:before="60"/>
            </w:pPr>
            <w:r>
              <w:rPr>
                <w:b w:val="0"/>
                <w:caps w:val="0"/>
                <w:color w:val="1A1A1A"/>
                <w:sz w:val="16"/>
              </w:rPr>
              <w:t>☐ Sign    ☐ Zillow    ☐ Realtor.com    ☐ Social media    ☐ Friend</w:t>
            </w:r>
          </w:p>
          <w:p>
            <w:pPr>
              <w:tabs>
                <w:tab w:pos="3744" w:val="right" w:leader="underscore"/>
              </w:tabs>
              <w:spacing w:before="80"/>
            </w:pPr>
            <w:r>
              <w:rPr>
                <w:b w:val="0"/>
                <w:caps w:val="0"/>
                <w:color w:val="1A1A1A"/>
                <w:sz w:val="16"/>
              </w:rPr>
              <w:t xml:space="preserve">☐ Other: </w:t>
            </w:r>
            <w:r>
              <w:rPr>
                <w:b w:val="0"/>
                <w:caps w:val="0"/>
                <w:color w:val="A6A6A6"/>
                <w:sz w:val="16"/>
              </w:rPr>
              <w:tab/>
            </w:r>
          </w:p>
          <w:p>
            <w:pPr>
              <w:spacing w:before="160"/>
            </w:pPr>
            <w:r>
              <w:rPr>
                <w:b/>
                <w:caps w:val="0"/>
                <w:color w:val="1A1A1A"/>
                <w:sz w:val="17"/>
              </w:rPr>
              <w:t>First impression or comments</w:t>
            </w:r>
          </w:p>
          <w:p>
            <w:pPr>
              <w:tabs>
                <w:tab w:pos="6768" w:val="right" w:leader="underscore"/>
              </w:tabs>
              <w:spacing w:before="280"/>
            </w:pPr>
            <w:r>
              <w:rPr>
                <w:b w:val="0"/>
                <w:caps w:val="0"/>
                <w:color w:val="A6A6A6"/>
                <w:sz w:val="17"/>
              </w:rPr>
              <w:tab/>
            </w:r>
          </w:p>
          <w:p>
            <w:pPr>
              <w:tabs>
                <w:tab w:pos="6768" w:val="right" w:leader="underscore"/>
              </w:tabs>
              <w:spacing w:before="280"/>
            </w:pPr>
            <w:r>
              <w:rPr>
                <w:b w:val="0"/>
                <w:caps w:val="0"/>
                <w:color w:val="A6A6A6"/>
                <w:sz w:val="17"/>
              </w:rPr>
              <w:tab/>
            </w:r>
          </w:p>
          <w:p>
            <w:pPr>
              <w:spacing w:before="160" w:line="180" w:lineRule="exact"/>
            </w:pPr>
            <w:r>
              <w:rPr>
                <w:b w:val="0"/>
                <w:caps w:val="0"/>
                <w:color w:val="444444"/>
                <w:sz w:val="14"/>
              </w:rPr>
              <w:t>Check “OK to text” or “OK to email” only if you want the listing agent to contact you that way about this home and similar homes. You can opt out at any time.</w:t>
            </w:r>
          </w:p>
          <w:p>
            <w:pPr>
              <w:tabs>
                <w:tab w:val="left" w:pos="200"/>
              </w:tabs>
              <w:spacing w:before="100" w:line="180" w:lineRule="exact"/>
              <w:ind w:left="200" w:hanging="200"/>
            </w:pPr>
            <w:r>
              <w:rPr>
                <w:b w:val="0"/>
                <w:caps w:val="0"/>
                <w:color w:val="1A1A1A"/>
                <w:sz w:val="14"/>
              </w:rPr>
              <w:t>☐</w:t>
              <w:tab/>
              <w:t>I agree that the listing agent and brokerage named above may send marketing texts, which may be automated, to the number above. Agreeing isn’t required to buy anything. Reply STOP to opt out.</w:t>
            </w:r>
          </w:p>
          <w:p>
            <w:pPr>
              <w:tabs>
                <w:tab w:pos="4608" w:val="right" w:leader="underscore"/>
                <w:tab w:pos="6768" w:val="right" w:leader="underscore"/>
              </w:tabs>
              <w:spacing w:before="280"/>
            </w:pPr>
            <w:r>
              <w:rPr>
                <w:b/>
                <w:caps w:val="0"/>
                <w:color w:val="1A1A1A"/>
                <w:sz w:val="17"/>
              </w:rPr>
              <w:t xml:space="preserve">Signature </w:t>
            </w:r>
            <w:r>
              <w:rPr>
                <w:b w:val="0"/>
                <w:caps w:val="0"/>
                <w:color w:val="A6A6A6"/>
                <w:sz w:val="17"/>
              </w:rPr>
              <w:tab/>
            </w:r>
            <w:r>
              <w:rPr>
                <w:b/>
                <w:caps w:val="0"/>
                <w:color w:val="1A1A1A"/>
                <w:sz w:val="17"/>
              </w:rPr>
              <w:t xml:space="preserve">   Date </w:t>
            </w:r>
            <w:r>
              <w:rPr>
                <w:b w:val="0"/>
                <w:caps w:val="0"/>
                <w:color w:val="A6A6A6"/>
                <w:sz w:val="17"/>
              </w:rPr>
              <w:tab/>
            </w:r>
          </w:p>
          <w:p>
            <w:pPr>
              <w:spacing w:before="120"/>
              <w:jc w:val="right"/>
            </w:pPr>
            <w:r>
              <w:rPr>
                <w:b w:val="0"/>
                <w:caps w:val="0"/>
                <w:color w:val="8A8A8A"/>
                <w:sz w:val="14"/>
              </w:rPr>
              <w:t xml:space="preserve">Free template from TINTY · </w:t>
            </w:r>
            <w:hyperlink r:id="rId9">
              <w:r>
                <w:rPr>
                  <w:color w:val="8A8A8A"/>
                  <w:sz w:val="14"/>
                </w:rPr>
                <w:t>tinty.ai</w:t>
              </w:r>
            </w:hyperlink>
          </w:p>
        </w:tc>
      </w:tr>
    </w:tbl>
    <w:p>
      <w:pPr>
        <w:spacing w:line="20" w:lineRule="exact"/>
      </w:pPr>
      <w:r>
        <w:rPr>
          <w:b w:val="0"/>
          <w:caps w:val="0"/>
          <w:color w:val="1A1A1A"/>
          <w:sz w:val="2"/>
        </w:rPr>
      </w:r>
    </w:p>
    <w:sectPr w:rsidR="00FC693F" w:rsidRPr="0006063C" w:rsidSect="00034616">
      <w:pgSz w:w="15840" w:h="12240" w:orient="landscape"/>
      <w:pgMar w:top="720" w:right="720" w:bottom="720"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eastAsia="Arial"/>
      <w:color w:val="1A1A1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inty.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House Sign-In Sheet</dc:title>
  <dc:subject>Free editable open house sign-in sheet and guest card, US Letter</dc:subject>
  <dc:creator>TINTY (tinty.ai)</dc:creator>
  <cp:keywords>open house sign in sheet, template, realtor</cp:keywords>
  <dc:description>Free template from TINTY, tinty.ai</dc:description>
  <cp:lastModifiedBy/>
  <cp:revision>1</cp:revision>
  <dcterms:created xsi:type="dcterms:W3CDTF">2026-10-31T00:00:00Z</dcterms:created>
  <dcterms:modified xsi:type="dcterms:W3CDTF">2026-10-31T00:00:00Z</dcterms:modified>
  <cp:category/>
</cp:coreProperties>
</file>